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AD722" w14:textId="77777777" w:rsidR="005F058F" w:rsidRDefault="00700B93">
      <w:pPr>
        <w:spacing w:after="0"/>
        <w:jc w:val="center"/>
      </w:pPr>
      <w:r>
        <w:rPr>
          <w:b/>
          <w:u w:val="single"/>
        </w:rPr>
        <w:t>SCHEDULE "A"</w:t>
      </w:r>
    </w:p>
    <w:p w14:paraId="5F6C36ED" w14:textId="77777777" w:rsidR="005F058F" w:rsidRDefault="00700B93">
      <w:pPr>
        <w:spacing w:after="0"/>
        <w:jc w:val="center"/>
      </w:pPr>
      <w:r>
        <w:rPr>
          <w:b/>
          <w:u w:val="single"/>
        </w:rPr>
        <w:t>Service List</w:t>
      </w:r>
    </w:p>
    <w:p w14:paraId="5583FA70" w14:textId="77777777" w:rsidR="005F058F" w:rsidRDefault="005F058F">
      <w:pPr>
        <w:spacing w:after="16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F058F" w14:paraId="436E633C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32B7A72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Name of Counsel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05467F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Party Represented</w:t>
            </w:r>
          </w:p>
        </w:tc>
      </w:tr>
      <w:tr w:rsidR="005F058F" w14:paraId="7CD2C65C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CE1BA41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MLT Aikins LLP</w:t>
            </w:r>
          </w:p>
          <w:p w14:paraId="7AB3380F" w14:textId="77777777" w:rsidR="005F058F" w:rsidRDefault="00700B93">
            <w:pPr>
              <w:spacing w:after="0" w:line="240" w:lineRule="auto"/>
            </w:pPr>
            <w:r>
              <w:t>2600, 1066 West Hastings Street</w:t>
            </w:r>
          </w:p>
          <w:p w14:paraId="487A9FBE" w14:textId="77777777" w:rsidR="005F058F" w:rsidRDefault="00700B93">
            <w:pPr>
              <w:spacing w:after="0" w:line="240" w:lineRule="auto"/>
            </w:pPr>
            <w:r>
              <w:t>Vancouver, BC V6E 3X1</w:t>
            </w:r>
          </w:p>
          <w:p w14:paraId="234F2573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Attn:</w:t>
            </w:r>
          </w:p>
          <w:p w14:paraId="2E5C760F" w14:textId="77777777" w:rsidR="005F058F" w:rsidRDefault="00700B93">
            <w:pPr>
              <w:spacing w:after="0" w:line="240" w:lineRule="auto"/>
            </w:pPr>
            <w:r>
              <w:t>William E. J. Skelly / Mihai Tomos</w:t>
            </w:r>
          </w:p>
          <w:p w14:paraId="2C29E9A7" w14:textId="77777777" w:rsidR="005F058F" w:rsidRDefault="00700B93">
            <w:pPr>
              <w:spacing w:after="0" w:line="240" w:lineRule="auto"/>
            </w:pPr>
            <w:r>
              <w:t>wskelly@mltaikins.com;</w:t>
            </w:r>
          </w:p>
          <w:p w14:paraId="5EF57B17" w14:textId="77777777" w:rsidR="005F058F" w:rsidRDefault="00700B93">
            <w:pPr>
              <w:spacing w:after="0" w:line="240" w:lineRule="auto"/>
            </w:pPr>
            <w:r>
              <w:t>mtomos@mltaikins.com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800FE1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BDO CANADA LIMITED,</w:t>
            </w:r>
          </w:p>
          <w:p w14:paraId="6DEDDB24" w14:textId="77777777" w:rsidR="005F058F" w:rsidRDefault="00700B93">
            <w:pPr>
              <w:spacing w:after="0" w:line="240" w:lineRule="auto"/>
            </w:pPr>
            <w:r>
              <w:t>in its capacity as the Trustee in Bankruptcy of</w:t>
            </w:r>
          </w:p>
          <w:p w14:paraId="58FCDAF4" w14:textId="77777777" w:rsidR="005F058F" w:rsidRDefault="00700B93">
            <w:pPr>
              <w:spacing w:after="0" w:line="240" w:lineRule="auto"/>
            </w:pPr>
            <w:r>
              <w:t>Craig Allen Smith and Robert Kyle Smith</w:t>
            </w:r>
          </w:p>
          <w:p w14:paraId="7768AB9D" w14:textId="77777777" w:rsidR="005F058F" w:rsidRDefault="005F058F">
            <w:pPr>
              <w:spacing w:after="0" w:line="240" w:lineRule="auto"/>
            </w:pPr>
          </w:p>
          <w:p w14:paraId="058C923C" w14:textId="77777777" w:rsidR="005F058F" w:rsidRDefault="00700B93">
            <w:pPr>
              <w:spacing w:after="0" w:line="240" w:lineRule="auto"/>
            </w:pPr>
            <w:r>
              <w:rPr>
                <w:i/>
              </w:rPr>
              <w:t>(Petitioner)</w:t>
            </w:r>
          </w:p>
        </w:tc>
      </w:tr>
      <w:tr w:rsidR="005F058F" w14:paraId="61164609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10AAF6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37B7CCE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BASTIAN HOLDINGS LTD.</w:t>
            </w:r>
          </w:p>
          <w:p w14:paraId="736FB1B7" w14:textId="77777777" w:rsidR="005F058F" w:rsidRDefault="00700B93">
            <w:pPr>
              <w:spacing w:after="0" w:line="240" w:lineRule="auto"/>
            </w:pPr>
            <w:r>
              <w:t>c/o Paul C. Weir Law Corporation</w:t>
            </w:r>
          </w:p>
          <w:p w14:paraId="1F01B33E" w14:textId="77777777" w:rsidR="005F058F" w:rsidRDefault="00700B93">
            <w:pPr>
              <w:spacing w:after="0" w:line="240" w:lineRule="auto"/>
            </w:pPr>
            <w:r>
              <w:t>Unit 2 - 107 Kings Road West</w:t>
            </w:r>
          </w:p>
          <w:p w14:paraId="1F460B72" w14:textId="77777777" w:rsidR="005F058F" w:rsidRDefault="00700B93">
            <w:pPr>
              <w:spacing w:after="0" w:line="240" w:lineRule="auto"/>
            </w:pPr>
            <w:r>
              <w:t>North Vancouver BC V7N 2L7</w:t>
            </w:r>
          </w:p>
          <w:p w14:paraId="5D31D78C" w14:textId="77777777" w:rsidR="005F058F" w:rsidRDefault="005F058F">
            <w:pPr>
              <w:spacing w:after="0" w:line="240" w:lineRule="auto"/>
            </w:pPr>
          </w:p>
          <w:p w14:paraId="5C270C78" w14:textId="77777777" w:rsidR="005F058F" w:rsidRDefault="00700B93">
            <w:pPr>
              <w:spacing w:after="0" w:line="240" w:lineRule="auto"/>
            </w:pPr>
            <w:r>
              <w:rPr>
                <w:i/>
              </w:rPr>
              <w:t>(Respondent)</w:t>
            </w:r>
          </w:p>
        </w:tc>
      </w:tr>
      <w:tr w:rsidR="005F058F" w14:paraId="09B83502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89BD6F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350FF5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KRYSTLE HOLDINGS LTD.</w:t>
            </w:r>
          </w:p>
          <w:p w14:paraId="0FB21288" w14:textId="77777777" w:rsidR="005F058F" w:rsidRDefault="00700B93">
            <w:pPr>
              <w:spacing w:after="0" w:line="240" w:lineRule="auto"/>
            </w:pPr>
            <w:r>
              <w:t>c/o Paul C. Weir Law Corporation</w:t>
            </w:r>
          </w:p>
          <w:p w14:paraId="3D7DADDE" w14:textId="77777777" w:rsidR="005F058F" w:rsidRDefault="00700B93">
            <w:pPr>
              <w:spacing w:after="0" w:line="240" w:lineRule="auto"/>
            </w:pPr>
            <w:r>
              <w:t>Unit 2 - 107 Kings Road West</w:t>
            </w:r>
          </w:p>
          <w:p w14:paraId="1983FBE9" w14:textId="77777777" w:rsidR="005F058F" w:rsidRDefault="00700B93">
            <w:pPr>
              <w:spacing w:after="0" w:line="240" w:lineRule="auto"/>
            </w:pPr>
            <w:r>
              <w:t>North Vancouver BC V7N 2L7</w:t>
            </w:r>
          </w:p>
          <w:p w14:paraId="7763E073" w14:textId="77777777" w:rsidR="005F058F" w:rsidRDefault="005F058F">
            <w:pPr>
              <w:spacing w:after="0" w:line="240" w:lineRule="auto"/>
            </w:pPr>
          </w:p>
          <w:p w14:paraId="4DA68E91" w14:textId="77777777" w:rsidR="005F058F" w:rsidRDefault="00700B93">
            <w:pPr>
              <w:spacing w:after="0" w:line="240" w:lineRule="auto"/>
            </w:pPr>
            <w:r>
              <w:rPr>
                <w:i/>
              </w:rPr>
              <w:t>(Respondent)</w:t>
            </w:r>
          </w:p>
        </w:tc>
      </w:tr>
      <w:tr w:rsidR="005F058F" w14:paraId="4DD4D00B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AD64984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CF4B36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1226745 B.C. LTD.</w:t>
            </w:r>
          </w:p>
          <w:p w14:paraId="70850CA3" w14:textId="77777777" w:rsidR="005F058F" w:rsidRDefault="00700B93">
            <w:pPr>
              <w:spacing w:after="0" w:line="240" w:lineRule="auto"/>
            </w:pPr>
            <w:r>
              <w:t>c/o Paul C. Weir Law Corporation</w:t>
            </w:r>
          </w:p>
          <w:p w14:paraId="3B42C7FE" w14:textId="77777777" w:rsidR="005F058F" w:rsidRDefault="00700B93">
            <w:pPr>
              <w:spacing w:after="0" w:line="240" w:lineRule="auto"/>
            </w:pPr>
            <w:r>
              <w:t>Unit 2 - 107 Kings Road West</w:t>
            </w:r>
          </w:p>
          <w:p w14:paraId="0BFF4201" w14:textId="77777777" w:rsidR="005F058F" w:rsidRDefault="00700B93">
            <w:pPr>
              <w:spacing w:after="0" w:line="240" w:lineRule="auto"/>
            </w:pPr>
            <w:r>
              <w:t>North Vancouver BC V7N 2L7</w:t>
            </w:r>
          </w:p>
          <w:p w14:paraId="5A93D4F6" w14:textId="77777777" w:rsidR="005F058F" w:rsidRDefault="005F058F">
            <w:pPr>
              <w:spacing w:after="0" w:line="240" w:lineRule="auto"/>
            </w:pPr>
          </w:p>
          <w:p w14:paraId="745DCED6" w14:textId="77777777" w:rsidR="005F058F" w:rsidRDefault="00700B93">
            <w:pPr>
              <w:spacing w:after="0" w:line="240" w:lineRule="auto"/>
            </w:pPr>
            <w:r>
              <w:rPr>
                <w:i/>
              </w:rPr>
              <w:t>(Respondent)</w:t>
            </w:r>
          </w:p>
        </w:tc>
      </w:tr>
      <w:tr w:rsidR="005F058F" w14:paraId="3171D74C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3E09D6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F0C60C2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SKAW PROPERTIES LTD.</w:t>
            </w:r>
          </w:p>
          <w:p w14:paraId="18E8E2CC" w14:textId="77777777" w:rsidR="005F058F" w:rsidRDefault="00700B93">
            <w:pPr>
              <w:spacing w:after="0" w:line="240" w:lineRule="auto"/>
            </w:pPr>
            <w:r>
              <w:t>c/o Paul C. Weir Law Corporation</w:t>
            </w:r>
          </w:p>
          <w:p w14:paraId="39516A60" w14:textId="77777777" w:rsidR="005F058F" w:rsidRDefault="00700B93">
            <w:pPr>
              <w:spacing w:after="0" w:line="240" w:lineRule="auto"/>
            </w:pPr>
            <w:r>
              <w:t>Unit 2 - 107 Kings Road West</w:t>
            </w:r>
          </w:p>
          <w:p w14:paraId="036ABC8C" w14:textId="77777777" w:rsidR="005F058F" w:rsidRDefault="00700B93">
            <w:pPr>
              <w:spacing w:after="0" w:line="240" w:lineRule="auto"/>
            </w:pPr>
            <w:r>
              <w:t>North Vancouver BC V7N 2L7</w:t>
            </w:r>
          </w:p>
          <w:p w14:paraId="30CFE7E7" w14:textId="77777777" w:rsidR="005F058F" w:rsidRDefault="005F058F">
            <w:pPr>
              <w:spacing w:after="0" w:line="240" w:lineRule="auto"/>
            </w:pPr>
          </w:p>
          <w:p w14:paraId="330066BB" w14:textId="77777777" w:rsidR="005F058F" w:rsidRDefault="00700B93">
            <w:pPr>
              <w:spacing w:after="0" w:line="240" w:lineRule="auto"/>
            </w:pPr>
            <w:r>
              <w:rPr>
                <w:i/>
              </w:rPr>
              <w:t>(Respondent)</w:t>
            </w:r>
          </w:p>
        </w:tc>
      </w:tr>
      <w:tr w:rsidR="005F058F" w14:paraId="06AF5582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5D3D65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095423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1226734 B.C. LTD.</w:t>
            </w:r>
          </w:p>
          <w:p w14:paraId="33ED93B7" w14:textId="77777777" w:rsidR="005F058F" w:rsidRDefault="00700B93">
            <w:pPr>
              <w:spacing w:after="0" w:line="240" w:lineRule="auto"/>
            </w:pPr>
            <w:r>
              <w:t>c/o Paul C. Weir Law Corporation</w:t>
            </w:r>
          </w:p>
          <w:p w14:paraId="3C489485" w14:textId="77777777" w:rsidR="005F058F" w:rsidRDefault="00700B93">
            <w:pPr>
              <w:spacing w:after="0" w:line="240" w:lineRule="auto"/>
            </w:pPr>
            <w:r>
              <w:t>Unit 2 - 107 Kings Road West</w:t>
            </w:r>
          </w:p>
          <w:p w14:paraId="47767F45" w14:textId="77777777" w:rsidR="005F058F" w:rsidRDefault="00700B93">
            <w:pPr>
              <w:spacing w:after="0" w:line="240" w:lineRule="auto"/>
            </w:pPr>
            <w:r>
              <w:t>North Vancouver BC V7N 2L7</w:t>
            </w:r>
          </w:p>
          <w:p w14:paraId="27FD4273" w14:textId="77777777" w:rsidR="005F058F" w:rsidRDefault="005F058F">
            <w:pPr>
              <w:spacing w:after="0" w:line="240" w:lineRule="auto"/>
            </w:pPr>
          </w:p>
          <w:p w14:paraId="39EAFB16" w14:textId="77777777" w:rsidR="005F058F" w:rsidRDefault="00700B93">
            <w:pPr>
              <w:spacing w:after="0" w:line="240" w:lineRule="auto"/>
            </w:pPr>
            <w:r>
              <w:rPr>
                <w:i/>
              </w:rPr>
              <w:t>(Respondent)</w:t>
            </w:r>
          </w:p>
        </w:tc>
      </w:tr>
      <w:tr w:rsidR="005F058F" w14:paraId="3633EA90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701FE4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842220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27222 LOUGHEED HIGHWAY LTD.</w:t>
            </w:r>
          </w:p>
          <w:p w14:paraId="771E1D95" w14:textId="77777777" w:rsidR="005F058F" w:rsidRDefault="00700B93">
            <w:pPr>
              <w:spacing w:after="0" w:line="240" w:lineRule="auto"/>
            </w:pPr>
            <w:r>
              <w:t>c/o Paul C. Weir Law Corporation</w:t>
            </w:r>
          </w:p>
          <w:p w14:paraId="5961D5E9" w14:textId="77777777" w:rsidR="005F058F" w:rsidRDefault="00700B93">
            <w:pPr>
              <w:spacing w:after="0" w:line="240" w:lineRule="auto"/>
            </w:pPr>
            <w:r>
              <w:t>Unit 2 - 107 Kings Road West</w:t>
            </w:r>
          </w:p>
          <w:p w14:paraId="1958445B" w14:textId="77777777" w:rsidR="005F058F" w:rsidRDefault="00700B93">
            <w:pPr>
              <w:spacing w:after="0" w:line="240" w:lineRule="auto"/>
            </w:pPr>
            <w:r>
              <w:t>North Vancouver BC V7N 2L7</w:t>
            </w:r>
          </w:p>
          <w:p w14:paraId="6A43226F" w14:textId="77777777" w:rsidR="005F058F" w:rsidRDefault="005F058F">
            <w:pPr>
              <w:spacing w:after="0" w:line="240" w:lineRule="auto"/>
            </w:pPr>
          </w:p>
          <w:p w14:paraId="2C8CF230" w14:textId="77777777" w:rsidR="005F058F" w:rsidRDefault="00700B93">
            <w:pPr>
              <w:spacing w:after="0" w:line="240" w:lineRule="auto"/>
            </w:pPr>
            <w:r>
              <w:rPr>
                <w:i/>
              </w:rPr>
              <w:t>(Respondent)</w:t>
            </w:r>
          </w:p>
        </w:tc>
      </w:tr>
      <w:tr w:rsidR="005F058F" w14:paraId="17E7BFA2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BA68F6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596642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WHITEWATER STEELERS LTD.</w:t>
            </w:r>
          </w:p>
          <w:p w14:paraId="22B4B0FF" w14:textId="77777777" w:rsidR="005F058F" w:rsidRDefault="00700B93">
            <w:pPr>
              <w:spacing w:after="0" w:line="240" w:lineRule="auto"/>
            </w:pPr>
            <w:r>
              <w:t>c/o Paul C. Weir Law Corporation</w:t>
            </w:r>
          </w:p>
          <w:p w14:paraId="08F6DC67" w14:textId="77777777" w:rsidR="005F058F" w:rsidRDefault="00700B93">
            <w:pPr>
              <w:spacing w:after="0" w:line="240" w:lineRule="auto"/>
            </w:pPr>
            <w:r>
              <w:t>Unit 2 - 107 Kings Road West</w:t>
            </w:r>
          </w:p>
          <w:p w14:paraId="01720844" w14:textId="77777777" w:rsidR="005F058F" w:rsidRDefault="00700B93">
            <w:pPr>
              <w:spacing w:after="0" w:line="240" w:lineRule="auto"/>
            </w:pPr>
            <w:r>
              <w:t>North Vancouver BC V7N 2L7</w:t>
            </w:r>
          </w:p>
          <w:p w14:paraId="0EB3D450" w14:textId="77777777" w:rsidR="005F058F" w:rsidRDefault="005F058F">
            <w:pPr>
              <w:spacing w:after="0" w:line="240" w:lineRule="auto"/>
            </w:pPr>
          </w:p>
          <w:p w14:paraId="23E4B45B" w14:textId="77777777" w:rsidR="005F058F" w:rsidRDefault="00700B93">
            <w:pPr>
              <w:spacing w:after="0" w:line="240" w:lineRule="auto"/>
            </w:pPr>
            <w:r>
              <w:rPr>
                <w:i/>
              </w:rPr>
              <w:t>(Respondent)</w:t>
            </w:r>
          </w:p>
        </w:tc>
      </w:tr>
      <w:tr w:rsidR="005F058F" w14:paraId="657B96B5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AF62A6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684801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Ministry of the Attorney General (British Columbia)</w:t>
            </w:r>
          </w:p>
          <w:p w14:paraId="629F3610" w14:textId="77777777" w:rsidR="005F058F" w:rsidRDefault="00700B93">
            <w:pPr>
              <w:spacing w:after="0" w:line="240" w:lineRule="auto"/>
            </w:pPr>
            <w:r>
              <w:t>Legal Services Branch, Ministry of Attorney General</w:t>
            </w:r>
          </w:p>
          <w:p w14:paraId="10E9ECA4" w14:textId="77777777" w:rsidR="005F058F" w:rsidRDefault="00700B93">
            <w:pPr>
              <w:spacing w:after="0" w:line="240" w:lineRule="auto"/>
            </w:pPr>
            <w:r>
              <w:t>PO Box 9280 Stn Prov Govt</w:t>
            </w:r>
          </w:p>
          <w:p w14:paraId="79280779" w14:textId="77777777" w:rsidR="005F058F" w:rsidRDefault="00700B93">
            <w:pPr>
              <w:spacing w:after="0" w:line="240" w:lineRule="auto"/>
            </w:pPr>
            <w:r>
              <w:t>Victoria, BC, V8W 9J7</w:t>
            </w:r>
          </w:p>
          <w:p w14:paraId="0FB39A21" w14:textId="77777777" w:rsidR="005F058F" w:rsidRDefault="005F058F">
            <w:pPr>
              <w:spacing w:after="0" w:line="240" w:lineRule="auto"/>
            </w:pPr>
          </w:p>
          <w:p w14:paraId="782CB07D" w14:textId="77777777" w:rsidR="005F058F" w:rsidRDefault="00700B93">
            <w:pPr>
              <w:spacing w:after="0" w:line="240" w:lineRule="auto"/>
            </w:pPr>
            <w:r>
              <w:t>AGLSBRevTaxInsolvency@gov.bc.ca</w:t>
            </w:r>
          </w:p>
        </w:tc>
      </w:tr>
      <w:tr w:rsidR="005F058F" w14:paraId="22A5CFFA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517BCA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06CCA6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Receivables Management Office</w:t>
            </w:r>
          </w:p>
          <w:p w14:paraId="25E5D519" w14:textId="77777777" w:rsidR="005F058F" w:rsidRDefault="005F058F">
            <w:pPr>
              <w:spacing w:after="0" w:line="240" w:lineRule="auto"/>
            </w:pPr>
          </w:p>
          <w:p w14:paraId="7D2CDCEC" w14:textId="77777777" w:rsidR="005F058F" w:rsidRDefault="00700B93">
            <w:pPr>
              <w:spacing w:after="0" w:line="240" w:lineRule="auto"/>
            </w:pPr>
            <w:r>
              <w:t>1802 Douglas Street, 6th Floor Victoria, BC</w:t>
            </w:r>
          </w:p>
          <w:p w14:paraId="3D243675" w14:textId="77777777" w:rsidR="005F058F" w:rsidRDefault="00700B93">
            <w:pPr>
              <w:spacing w:after="0" w:line="240" w:lineRule="auto"/>
            </w:pPr>
            <w:r>
              <w:t>V8T 4K6 Canada</w:t>
            </w:r>
          </w:p>
          <w:p w14:paraId="3149EF8F" w14:textId="77777777" w:rsidR="005F058F" w:rsidRDefault="005F058F">
            <w:pPr>
              <w:spacing w:after="0" w:line="240" w:lineRule="auto"/>
            </w:pPr>
          </w:p>
          <w:p w14:paraId="7C781E9B" w14:textId="77777777" w:rsidR="005F058F" w:rsidRDefault="00700B93">
            <w:pPr>
              <w:spacing w:after="0" w:line="240" w:lineRule="auto"/>
            </w:pPr>
            <w:r>
              <w:t>Attn: Tara Klingspohn</w:t>
            </w:r>
          </w:p>
          <w:p w14:paraId="273B2276" w14:textId="77777777" w:rsidR="005F058F" w:rsidRDefault="00700B93">
            <w:pPr>
              <w:spacing w:after="0" w:line="240" w:lineRule="auto"/>
            </w:pPr>
            <w:r>
              <w:t>E-mail: Tara.Klingspohn@gov.bc.ca</w:t>
            </w:r>
          </w:p>
        </w:tc>
      </w:tr>
      <w:tr w:rsidR="005F058F" w14:paraId="355E8AB8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286BC2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FBAC551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Canada Revenue Agency</w:t>
            </w:r>
          </w:p>
          <w:p w14:paraId="3B30BE72" w14:textId="77777777" w:rsidR="005F058F" w:rsidRDefault="00700B93">
            <w:pPr>
              <w:spacing w:after="0" w:line="240" w:lineRule="auto"/>
            </w:pPr>
            <w:r>
              <w:t>Department of Justice Canada</w:t>
            </w:r>
          </w:p>
          <w:p w14:paraId="5806E55E" w14:textId="77777777" w:rsidR="005F058F" w:rsidRDefault="00700B93">
            <w:pPr>
              <w:spacing w:after="0" w:line="240" w:lineRule="auto"/>
            </w:pPr>
            <w:r>
              <w:t>British Columbia Regional Office</w:t>
            </w:r>
          </w:p>
          <w:p w14:paraId="1B9A2BB4" w14:textId="77777777" w:rsidR="005F058F" w:rsidRDefault="00700B93">
            <w:pPr>
              <w:spacing w:after="0" w:line="240" w:lineRule="auto"/>
            </w:pPr>
            <w:r>
              <w:t>900 - 840 Howe Street</w:t>
            </w:r>
          </w:p>
          <w:p w14:paraId="048B6918" w14:textId="77777777" w:rsidR="005F058F" w:rsidRDefault="00700B93">
            <w:pPr>
              <w:spacing w:after="0" w:line="240" w:lineRule="auto"/>
            </w:pPr>
            <w:r>
              <w:t>Vancouver, British Columbia V6Z 2S9</w:t>
            </w:r>
          </w:p>
          <w:p w14:paraId="734B62E1" w14:textId="77777777" w:rsidR="005F058F" w:rsidRDefault="005F058F">
            <w:pPr>
              <w:spacing w:after="0" w:line="240" w:lineRule="auto"/>
            </w:pPr>
          </w:p>
          <w:p w14:paraId="2E1D558A" w14:textId="77777777" w:rsidR="005F058F" w:rsidRDefault="00700B93">
            <w:pPr>
              <w:spacing w:after="0" w:line="240" w:lineRule="auto"/>
            </w:pPr>
            <w:r>
              <w:t>Attn: Aminollah Sabzevari</w:t>
            </w:r>
          </w:p>
          <w:p w14:paraId="36675617" w14:textId="77777777" w:rsidR="005F058F" w:rsidRDefault="00700B93">
            <w:pPr>
              <w:spacing w:after="0" w:line="240" w:lineRule="auto"/>
            </w:pPr>
            <w:r>
              <w:t xml:space="preserve">Email: </w:t>
            </w:r>
            <w:r>
              <w:t>Aminollah.Sabzevari@justice.gc.ca</w:t>
            </w:r>
          </w:p>
        </w:tc>
      </w:tr>
      <w:tr w:rsidR="00321644" w14:paraId="58BA25F2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CA82AB" w14:textId="77777777" w:rsidR="00321644" w:rsidRDefault="00321644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090AF6" w14:textId="77777777" w:rsidR="00321644" w:rsidRDefault="0032164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Attorney General of Canada</w:t>
            </w:r>
          </w:p>
          <w:p w14:paraId="593C7C5C" w14:textId="77777777" w:rsidR="00321644" w:rsidRDefault="00321644">
            <w:pPr>
              <w:spacing w:after="0" w:line="240" w:lineRule="auto"/>
              <w:rPr>
                <w:bCs/>
              </w:rPr>
            </w:pPr>
          </w:p>
          <w:p w14:paraId="5B603E50" w14:textId="77777777" w:rsidR="00321644" w:rsidRDefault="0032164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Attn: Nicole Johnston</w:t>
            </w:r>
          </w:p>
          <w:p w14:paraId="6503AABE" w14:textId="06E15D26" w:rsidR="00321644" w:rsidRPr="00321644" w:rsidRDefault="0032164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Email: Nicole.Johnston@justice.gc.ca</w:t>
            </w:r>
          </w:p>
        </w:tc>
      </w:tr>
      <w:tr w:rsidR="005F058F" w14:paraId="4E2671A3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FC90EF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BC PPR Registrants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50DD5E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HSBC BANK CANADA</w:t>
            </w:r>
          </w:p>
          <w:p w14:paraId="13493000" w14:textId="77777777" w:rsidR="005F058F" w:rsidRDefault="00700B93">
            <w:pPr>
              <w:spacing w:after="0" w:line="240" w:lineRule="auto"/>
            </w:pPr>
            <w:r>
              <w:t>200 - 885 WEST GEORGIA STREET</w:t>
            </w:r>
          </w:p>
          <w:p w14:paraId="79C32319" w14:textId="77777777" w:rsidR="005F058F" w:rsidRDefault="00700B93">
            <w:pPr>
              <w:spacing w:after="0" w:line="240" w:lineRule="auto"/>
            </w:pPr>
            <w:r>
              <w:t>VANCOUVER BC V6C 3G1</w:t>
            </w:r>
          </w:p>
        </w:tc>
      </w:tr>
      <w:tr w:rsidR="005F058F" w14:paraId="624FB5E8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E26849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C78BD8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ECHELON INSURANCE</w:t>
            </w:r>
          </w:p>
          <w:p w14:paraId="754C9058" w14:textId="77777777" w:rsidR="005F058F" w:rsidRDefault="00700B93">
            <w:pPr>
              <w:spacing w:after="0" w:line="240" w:lineRule="auto"/>
            </w:pPr>
            <w:r>
              <w:lastRenderedPageBreak/>
              <w:t>#300-2680 MATHESON BLVD E.</w:t>
            </w:r>
          </w:p>
          <w:p w14:paraId="154A66A0" w14:textId="77777777" w:rsidR="005F058F" w:rsidRDefault="00700B93">
            <w:pPr>
              <w:spacing w:after="0" w:line="240" w:lineRule="auto"/>
            </w:pPr>
            <w:r>
              <w:t>MISSISSAUGA ON L4W 0A5</w:t>
            </w:r>
          </w:p>
        </w:tc>
      </w:tr>
      <w:tr w:rsidR="005F058F" w14:paraId="0D41DDB0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025E73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EE1B1A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TRISURA GUARANTEE INSURANCE COMPANY</w:t>
            </w:r>
          </w:p>
          <w:p w14:paraId="69926632" w14:textId="77777777" w:rsidR="005F058F" w:rsidRDefault="00700B93">
            <w:pPr>
              <w:spacing w:after="0" w:line="240" w:lineRule="auto"/>
            </w:pPr>
            <w:r>
              <w:t>333 BAY STREET SUITE 1610, BOX 22</w:t>
            </w:r>
          </w:p>
          <w:p w14:paraId="30677D62" w14:textId="77777777" w:rsidR="005F058F" w:rsidRDefault="00700B93">
            <w:pPr>
              <w:spacing w:after="0" w:line="240" w:lineRule="auto"/>
            </w:pPr>
            <w:r>
              <w:t>TORONTO ON M5H 2R2</w:t>
            </w:r>
          </w:p>
        </w:tc>
      </w:tr>
      <w:tr w:rsidR="005F058F" w14:paraId="349BFE89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2E26E8C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B7C0E2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BARRY CHARLES HOLDINGS LTD.</w:t>
            </w:r>
          </w:p>
          <w:p w14:paraId="2B6F77A4" w14:textId="77777777" w:rsidR="005F058F" w:rsidRDefault="00700B93">
            <w:pPr>
              <w:spacing w:after="0" w:line="240" w:lineRule="auto"/>
            </w:pPr>
            <w:r>
              <w:t>VENABLES STREET</w:t>
            </w:r>
          </w:p>
          <w:p w14:paraId="6E4DAABD" w14:textId="77777777" w:rsidR="005F058F" w:rsidRDefault="00700B93">
            <w:pPr>
              <w:spacing w:after="0" w:line="240" w:lineRule="auto"/>
            </w:pPr>
            <w:r>
              <w:t>VANCOUVER BC V6A 4B4</w:t>
            </w:r>
          </w:p>
        </w:tc>
      </w:tr>
      <w:tr w:rsidR="005F058F" w14:paraId="3BFA8701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809A92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B6B3D8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BECISON HOLDING CORPORATION</w:t>
            </w:r>
          </w:p>
          <w:p w14:paraId="731E5961" w14:textId="77777777" w:rsidR="005F058F" w:rsidRDefault="00700B93">
            <w:pPr>
              <w:spacing w:after="0" w:line="240" w:lineRule="auto"/>
            </w:pPr>
            <w:r>
              <w:t>1661 WEST 5TH AVENUE</w:t>
            </w:r>
          </w:p>
          <w:p w14:paraId="6E57DE5D" w14:textId="77777777" w:rsidR="005F058F" w:rsidRDefault="00700B93">
            <w:pPr>
              <w:spacing w:after="0" w:line="240" w:lineRule="auto"/>
            </w:pPr>
            <w:r>
              <w:t>VANCOUVER BC V6J 1N5</w:t>
            </w:r>
          </w:p>
        </w:tc>
      </w:tr>
      <w:tr w:rsidR="005F058F" w14:paraId="10312E50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19F686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133F42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G.I.H. PROPERTIES LTD.</w:t>
            </w:r>
          </w:p>
          <w:p w14:paraId="1D6E92E2" w14:textId="77777777" w:rsidR="005F058F" w:rsidRDefault="00700B93">
            <w:pPr>
              <w:spacing w:after="0" w:line="240" w:lineRule="auto"/>
            </w:pPr>
            <w:r>
              <w:t>P.O. BOX 18027</w:t>
            </w:r>
          </w:p>
          <w:p w14:paraId="36059BA7" w14:textId="77777777" w:rsidR="005F058F" w:rsidRDefault="00700B93">
            <w:pPr>
              <w:spacing w:after="0" w:line="240" w:lineRule="auto"/>
            </w:pPr>
            <w:r>
              <w:t>VANCOUVER BC V6M 4L3</w:t>
            </w:r>
          </w:p>
        </w:tc>
      </w:tr>
      <w:tr w:rsidR="005F058F" w14:paraId="3FC039DA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CA61F8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1D35B1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MCVICAR &amp; COMPANY HOLDINGS INC.</w:t>
            </w:r>
          </w:p>
          <w:p w14:paraId="1FA1B5E6" w14:textId="77777777" w:rsidR="005F058F" w:rsidRDefault="00700B93">
            <w:pPr>
              <w:spacing w:after="0" w:line="240" w:lineRule="auto"/>
            </w:pPr>
            <w:r>
              <w:t>2015 SW MARINE DRIVE</w:t>
            </w:r>
          </w:p>
          <w:p w14:paraId="19CBEFEE" w14:textId="77777777" w:rsidR="005F058F" w:rsidRDefault="00700B93">
            <w:pPr>
              <w:spacing w:after="0" w:line="240" w:lineRule="auto"/>
            </w:pPr>
            <w:r>
              <w:t>VANCOUVER BC V6P 6B4</w:t>
            </w:r>
          </w:p>
        </w:tc>
      </w:tr>
      <w:tr w:rsidR="005F058F" w14:paraId="60E29D0F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784978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A7624D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TNL DEVELOPMENTS LTD.</w:t>
            </w:r>
          </w:p>
          <w:p w14:paraId="5972F86A" w14:textId="77777777" w:rsidR="005F058F" w:rsidRDefault="00700B93">
            <w:pPr>
              <w:spacing w:after="0" w:line="240" w:lineRule="auto"/>
            </w:pPr>
            <w:r>
              <w:t>9400 FLORIMOND ROAD</w:t>
            </w:r>
          </w:p>
          <w:p w14:paraId="2AB0EF8C" w14:textId="77777777" w:rsidR="005F058F" w:rsidRDefault="00700B93">
            <w:pPr>
              <w:spacing w:after="0" w:line="240" w:lineRule="auto"/>
            </w:pPr>
            <w:r>
              <w:t>RICHMOND BC V7E 1M1</w:t>
            </w:r>
          </w:p>
        </w:tc>
      </w:tr>
      <w:tr w:rsidR="005F058F" w14:paraId="368FF6E5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B02210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17A2F2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GILL, AMAN</w:t>
            </w:r>
          </w:p>
          <w:p w14:paraId="15D2DD62" w14:textId="77777777" w:rsidR="005F058F" w:rsidRDefault="00700B93">
            <w:pPr>
              <w:spacing w:after="0" w:line="240" w:lineRule="auto"/>
            </w:pPr>
            <w:r>
              <w:t>9400 FLORIMOND ROAD</w:t>
            </w:r>
          </w:p>
          <w:p w14:paraId="5583A64F" w14:textId="77777777" w:rsidR="005F058F" w:rsidRDefault="00700B93">
            <w:pPr>
              <w:spacing w:after="0" w:line="240" w:lineRule="auto"/>
            </w:pPr>
            <w:r>
              <w:t>RICHMOND BC V7E 1M1</w:t>
            </w:r>
          </w:p>
        </w:tc>
      </w:tr>
      <w:tr w:rsidR="005F058F" w14:paraId="52A54A4E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FF92FF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B71861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CHAPPELL, PETER</w:t>
            </w:r>
          </w:p>
          <w:p w14:paraId="592F0F9D" w14:textId="77777777" w:rsidR="005F058F" w:rsidRDefault="00700B93">
            <w:pPr>
              <w:spacing w:after="0" w:line="240" w:lineRule="auto"/>
            </w:pPr>
            <w:r>
              <w:t>C/O UNIT 505 - 1195 WEST BROADWAY</w:t>
            </w:r>
          </w:p>
          <w:p w14:paraId="7D76D3B9" w14:textId="77777777" w:rsidR="005F058F" w:rsidRDefault="00700B93">
            <w:pPr>
              <w:spacing w:after="0" w:line="240" w:lineRule="auto"/>
            </w:pPr>
            <w:r>
              <w:t>VANCOUVER BC V6H 3X5</w:t>
            </w:r>
          </w:p>
        </w:tc>
      </w:tr>
      <w:tr w:rsidR="005F058F" w14:paraId="15CA38D1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2073F8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0DBE92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CHAPPELL, SANDRA</w:t>
            </w:r>
          </w:p>
          <w:p w14:paraId="3C54B9D6" w14:textId="77777777" w:rsidR="005F058F" w:rsidRDefault="00700B93">
            <w:pPr>
              <w:spacing w:after="0" w:line="240" w:lineRule="auto"/>
            </w:pPr>
            <w:r>
              <w:t>C/O UNIT 505 - 1195 WEST BROADWAY</w:t>
            </w:r>
          </w:p>
          <w:p w14:paraId="196A1592" w14:textId="77777777" w:rsidR="005F058F" w:rsidRDefault="00700B93">
            <w:pPr>
              <w:spacing w:after="0" w:line="240" w:lineRule="auto"/>
            </w:pPr>
            <w:r>
              <w:t>VANCOUVER BC V6H 3X5</w:t>
            </w:r>
          </w:p>
        </w:tc>
      </w:tr>
      <w:tr w:rsidR="005F058F" w14:paraId="5E27F017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F254F0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B138B4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GAUTREAU, TERESA</w:t>
            </w:r>
          </w:p>
          <w:p w14:paraId="19D9301A" w14:textId="77777777" w:rsidR="005F058F" w:rsidRDefault="00700B93">
            <w:pPr>
              <w:spacing w:after="0" w:line="240" w:lineRule="auto"/>
            </w:pPr>
            <w:r>
              <w:t>P.O. BOX 18027</w:t>
            </w:r>
          </w:p>
          <w:p w14:paraId="3C171FB3" w14:textId="77777777" w:rsidR="005F058F" w:rsidRDefault="00700B93">
            <w:pPr>
              <w:spacing w:after="0" w:line="240" w:lineRule="auto"/>
            </w:pPr>
            <w:r>
              <w:t>VANCOUVER BC V6M 4L3</w:t>
            </w:r>
          </w:p>
        </w:tc>
      </w:tr>
      <w:tr w:rsidR="005F058F" w14:paraId="1C92D640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3288EF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BC05D9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BECKINGHAM HOLDINGS INC.</w:t>
            </w:r>
          </w:p>
          <w:p w14:paraId="06394B8C" w14:textId="77777777" w:rsidR="005F058F" w:rsidRDefault="00700B93">
            <w:pPr>
              <w:spacing w:after="0" w:line="240" w:lineRule="auto"/>
            </w:pPr>
            <w:r>
              <w:t>1555-1500 GEORGIA ST W</w:t>
            </w:r>
          </w:p>
          <w:p w14:paraId="5F13FB0C" w14:textId="77777777" w:rsidR="005F058F" w:rsidRDefault="00700B93">
            <w:pPr>
              <w:spacing w:after="0" w:line="240" w:lineRule="auto"/>
            </w:pPr>
            <w:r>
              <w:t>VANCOUVER BC V6G 2Z6</w:t>
            </w:r>
          </w:p>
        </w:tc>
      </w:tr>
      <w:tr w:rsidR="005F058F" w14:paraId="771E71E8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321563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6B6363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BANK OF MONTREAL</w:t>
            </w:r>
          </w:p>
          <w:p w14:paraId="66D0A06F" w14:textId="77777777" w:rsidR="005F058F" w:rsidRDefault="00700B93">
            <w:pPr>
              <w:spacing w:after="0" w:line="240" w:lineRule="auto"/>
            </w:pPr>
            <w:r>
              <w:t>595 BURRARD STREET</w:t>
            </w:r>
          </w:p>
          <w:p w14:paraId="6CA7A980" w14:textId="77777777" w:rsidR="005F058F" w:rsidRDefault="00700B93">
            <w:pPr>
              <w:spacing w:after="0" w:line="240" w:lineRule="auto"/>
            </w:pPr>
            <w:r>
              <w:lastRenderedPageBreak/>
              <w:t>VANCOUVER BC V7X 1L7</w:t>
            </w:r>
          </w:p>
        </w:tc>
      </w:tr>
      <w:tr w:rsidR="005F058F" w14:paraId="289F541F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04CC63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21DC96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FIRST WEST CREDIT UNION -ENVISION FINANCIAL DIVISION</w:t>
            </w:r>
          </w:p>
          <w:p w14:paraId="6B185289" w14:textId="77777777" w:rsidR="005F058F" w:rsidRDefault="00700B93">
            <w:pPr>
              <w:spacing w:after="0" w:line="240" w:lineRule="auto"/>
            </w:pPr>
            <w:r>
              <w:t>20133 LOUGHEED HIGHWAY</w:t>
            </w:r>
          </w:p>
          <w:p w14:paraId="1F234F20" w14:textId="77777777" w:rsidR="005F058F" w:rsidRDefault="00700B93">
            <w:pPr>
              <w:spacing w:after="0" w:line="240" w:lineRule="auto"/>
            </w:pPr>
            <w:r>
              <w:t>MAPLE RIDGE BC V2X 2P6</w:t>
            </w:r>
          </w:p>
        </w:tc>
      </w:tr>
      <w:tr w:rsidR="005F058F" w14:paraId="6E8F1699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6AE668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15DFA6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BUSINESS DEVELOPMENT BANK OF CANADA</w:t>
            </w:r>
          </w:p>
          <w:p w14:paraId="5D31C22A" w14:textId="77777777" w:rsidR="005F058F" w:rsidRDefault="00700B93">
            <w:pPr>
              <w:spacing w:after="0" w:line="240" w:lineRule="auto"/>
            </w:pPr>
            <w:r>
              <w:t>1500 - 1133 MELVILLE STREET</w:t>
            </w:r>
          </w:p>
          <w:p w14:paraId="58F29D72" w14:textId="77777777" w:rsidR="005F058F" w:rsidRDefault="00700B93">
            <w:pPr>
              <w:spacing w:after="0" w:line="240" w:lineRule="auto"/>
            </w:pPr>
            <w:r>
              <w:t>VANCOUVER BC, V6E 4E5</w:t>
            </w:r>
          </w:p>
        </w:tc>
      </w:tr>
      <w:tr w:rsidR="005F058F" w14:paraId="03BC26CB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62D2EA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41FAB4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HIS MAJESTY THE KING IN RIGHT OF CANADA</w:t>
            </w:r>
          </w:p>
          <w:p w14:paraId="123B9EDE" w14:textId="77777777" w:rsidR="005F058F" w:rsidRDefault="00700B93">
            <w:pPr>
              <w:spacing w:after="0" w:line="240" w:lineRule="auto"/>
            </w:pPr>
            <w:r>
              <w:t>C/O(TA5) 9755 KING GEORGE BLVD</w:t>
            </w:r>
          </w:p>
          <w:p w14:paraId="144A5C1B" w14:textId="77777777" w:rsidR="005F058F" w:rsidRDefault="00700B93">
            <w:pPr>
              <w:spacing w:after="0" w:line="240" w:lineRule="auto"/>
            </w:pPr>
            <w:r>
              <w:t>SURREY BC, V3T 5E1</w:t>
            </w:r>
          </w:p>
        </w:tc>
      </w:tr>
      <w:tr w:rsidR="005F058F" w14:paraId="7EFFF532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28E8F3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07D9CC1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CANADIAN WESTERN BANK</w:t>
            </w:r>
          </w:p>
          <w:p w14:paraId="3DF34FDC" w14:textId="77777777" w:rsidR="005F058F" w:rsidRDefault="00700B93">
            <w:pPr>
              <w:spacing w:after="0" w:line="240" w:lineRule="auto"/>
            </w:pPr>
            <w:r>
              <w:t>SUITE 100, 666 BURRARD STREET</w:t>
            </w:r>
          </w:p>
          <w:p w14:paraId="3A4B8A28" w14:textId="77777777" w:rsidR="005F058F" w:rsidRDefault="00700B93">
            <w:pPr>
              <w:spacing w:after="0" w:line="240" w:lineRule="auto"/>
            </w:pPr>
            <w:r>
              <w:t>VANCOUVER BC, V6C 2X8</w:t>
            </w:r>
          </w:p>
        </w:tc>
      </w:tr>
      <w:tr w:rsidR="005F058F" w14:paraId="3782CA9D" w14:textId="77777777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6E891C" w14:textId="77777777" w:rsidR="005F058F" w:rsidRDefault="005F058F">
            <w:pPr>
              <w:spacing w:after="0"/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8EBA14" w14:textId="77777777" w:rsidR="005F058F" w:rsidRDefault="00700B93">
            <w:pPr>
              <w:spacing w:after="0" w:line="240" w:lineRule="auto"/>
            </w:pPr>
            <w:r>
              <w:rPr>
                <w:b/>
              </w:rPr>
              <w:t>ROYAL BANK OF CANADA</w:t>
            </w:r>
          </w:p>
          <w:p w14:paraId="39859956" w14:textId="77777777" w:rsidR="005F058F" w:rsidRDefault="00700B93">
            <w:pPr>
              <w:spacing w:after="0" w:line="240" w:lineRule="auto"/>
            </w:pPr>
            <w:r>
              <w:t>36 YORK MILLS ROAD, 4TH FLOOR</w:t>
            </w:r>
          </w:p>
          <w:p w14:paraId="55584CAF" w14:textId="77777777" w:rsidR="005F058F" w:rsidRDefault="00700B93">
            <w:pPr>
              <w:spacing w:after="0" w:line="240" w:lineRule="auto"/>
            </w:pPr>
            <w:r>
              <w:t>TORONTO ON, M2P 0A4</w:t>
            </w:r>
          </w:p>
        </w:tc>
      </w:tr>
    </w:tbl>
    <w:p w14:paraId="2FA3B83C" w14:textId="77777777" w:rsidR="005F058F" w:rsidRDefault="005F058F"/>
    <w:p w14:paraId="36DFAF69" w14:textId="77777777" w:rsidR="005F058F" w:rsidRDefault="00700B93">
      <w:pPr>
        <w:spacing w:after="160"/>
      </w:pPr>
      <w:r>
        <w:t>Service List Email Addresses:</w:t>
      </w:r>
    </w:p>
    <w:p w14:paraId="3E593246" w14:textId="77777777" w:rsidR="005F058F" w:rsidRDefault="00700B93">
      <w:pPr>
        <w:spacing w:line="240" w:lineRule="auto"/>
      </w:pPr>
      <w:r>
        <w:t>lziegler@kornfeldllp.com ; lli@kornfeldllp.com ; wskelly@mltaikins.com ; ppehel@mltaikins.com ; mtomos@mltaikins.com ; scannon@mltaikins.com ; cbowra@bdo.ca ; abandali@bdo.ca ; aminollah.sabzevari@justice.gc.ca ; kjackson@fasken.com ; hesslinger@fasken.com ; gd@gdlaw.ca ; dgruber@mcewanpartners.com ; dhyndman@kornfeldllp.com ; sabo.smith@gmail.com ; frasersmith.bc@gmail.com ; AGLSBRevTaxInsolvency@gov.bc.ca ; sarah@lightspeed.ca ; Heather@lightspeed.ca ; bcm@lightspeed.ca</w:t>
      </w:r>
    </w:p>
    <w:sectPr w:rsidR="005F058F" w:rsidSect="00034616">
      <w:pgSz w:w="12240" w:h="15840"/>
      <w:pgMar w:top="1224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5744628">
    <w:abstractNumId w:val="8"/>
  </w:num>
  <w:num w:numId="2" w16cid:durableId="1565142810">
    <w:abstractNumId w:val="6"/>
  </w:num>
  <w:num w:numId="3" w16cid:durableId="1229344052">
    <w:abstractNumId w:val="5"/>
  </w:num>
  <w:num w:numId="4" w16cid:durableId="106198957">
    <w:abstractNumId w:val="4"/>
  </w:num>
  <w:num w:numId="5" w16cid:durableId="111871629">
    <w:abstractNumId w:val="7"/>
  </w:num>
  <w:num w:numId="6" w16cid:durableId="721632873">
    <w:abstractNumId w:val="3"/>
  </w:num>
  <w:num w:numId="7" w16cid:durableId="1577284027">
    <w:abstractNumId w:val="2"/>
  </w:num>
  <w:num w:numId="8" w16cid:durableId="967859679">
    <w:abstractNumId w:val="1"/>
  </w:num>
  <w:num w:numId="9" w16cid:durableId="98986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1644"/>
    <w:rsid w:val="00326F90"/>
    <w:rsid w:val="005F058F"/>
    <w:rsid w:val="00700B93"/>
    <w:rsid w:val="00AA1D8D"/>
    <w:rsid w:val="00B47730"/>
    <w:rsid w:val="00CB0664"/>
    <w:rsid w:val="00F46D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1A2C35"/>
  <w14:defaultImageDpi w14:val="300"/>
  <w15:docId w15:val="{AD7DF221-B75A-462A-AB6F-BB11A2D9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2164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574</Words>
  <Characters>3203</Characters>
  <Application>Microsoft Office Word</Application>
  <DocSecurity>0</DocSecurity>
  <Lines>200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Bandali, Alykhan</cp:lastModifiedBy>
  <cp:revision>2</cp:revision>
  <dcterms:created xsi:type="dcterms:W3CDTF">2013-12-23T23:15:00Z</dcterms:created>
  <dcterms:modified xsi:type="dcterms:W3CDTF">2026-10-01T22:55:00Z</dcterms:modified>
  <cp:category/>
</cp:coreProperties>
</file>